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5213"/>
        <w:gridCol w:w="5213"/>
      </w:tblGrid>
      <w:tr>
        <w:tc>
          <w:tcPr>
            <w:tcW w:type="dxa" w:w="5213"/>
          </w:tcPr>
          <w:p>
            <w:r>
              <w:rPr>
                <w:b/>
                <w:sz w:val="28"/>
              </w:rPr>
              <w:t>Nombre de tu negocio</w:t>
            </w:r>
          </w:p>
          <w:p>
            <w:r>
              <w:t>Dirección · Teléfono · Correo</w:t>
            </w:r>
          </w:p>
        </w:tc>
        <w:tc>
          <w:tcPr>
            <w:tcW w:type="dxa" w:w="5213"/>
          </w:tcPr>
          <w:p>
            <w:pPr>
              <w:jc w:val="right"/>
            </w:pPr>
            <w:r>
              <w:rPr>
                <w:b/>
                <w:color w:val="0B1B3F"/>
                <w:sz w:val="32"/>
              </w:rPr>
              <w:t>NOTA DE REMISIÓN</w:t>
            </w:r>
          </w:p>
          <w:p>
            <w:pPr>
              <w:jc w:val="right"/>
            </w:pPr>
            <w:r>
              <w:t>Folio: ____________</w:t>
            </w:r>
          </w:p>
          <w:p>
            <w:pPr>
              <w:jc w:val="right"/>
            </w:pPr>
            <w:r>
              <w:t>Fecha: ____ / ____ / ________</w:t>
            </w:r>
          </w:p>
        </w:tc>
      </w:tr>
    </w:tbl>
    <w:p/>
    <w:p>
      <w:r>
        <w:t>Cliente: ______________________________________________________________</w:t>
      </w:r>
    </w:p>
    <w:p>
      <w:r>
        <w:t>Dirección de entrega: _________________________________________________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085"/>
        <w:gridCol w:w="2085"/>
        <w:gridCol w:w="2085"/>
        <w:gridCol w:w="2085"/>
        <w:gridCol w:w="2085"/>
      </w:tblGrid>
      <w:tr>
        <w:tc>
          <w:tcPr>
            <w:tcW w:type="dxa" w:w="1247"/>
          </w:tcPr>
          <w:p>
            <w:r/>
            <w:r>
              <w:rPr>
                <w:b/>
              </w:rPr>
              <w:t>Cantidad</w:t>
            </w:r>
          </w:p>
        </w:tc>
        <w:tc>
          <w:tcPr>
            <w:tcW w:type="dxa" w:w="1134"/>
          </w:tcPr>
          <w:p>
            <w:r/>
            <w:r>
              <w:rPr>
                <w:b/>
              </w:rPr>
              <w:t>Unidad</w:t>
            </w:r>
          </w:p>
        </w:tc>
        <w:tc>
          <w:tcPr>
            <w:tcW w:type="dxa" w:w="4535"/>
          </w:tcPr>
          <w:p>
            <w:r/>
            <w:r>
              <w:rPr>
                <w:b/>
              </w:rPr>
              <w:t>Descripción</w:t>
            </w:r>
          </w:p>
        </w:tc>
        <w:tc>
          <w:tcPr>
            <w:tcW w:type="dxa" w:w="1701"/>
          </w:tcPr>
          <w:p>
            <w:r/>
            <w:r>
              <w:rPr>
                <w:b/>
              </w:rPr>
              <w:t>Precio unitario</w:t>
            </w:r>
          </w:p>
        </w:tc>
        <w:tc>
          <w:tcPr>
            <w:tcW w:type="dxa" w:w="1701"/>
          </w:tcPr>
          <w:p>
            <w:r/>
            <w:r>
              <w:rPr>
                <w:b/>
              </w:rPr>
              <w:t>Importe</w:t>
            </w:r>
          </w:p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  <w:tr>
        <w:tc>
          <w:tcPr>
            <w:tcW w:type="dxa" w:w="1247"/>
          </w:tcPr>
          <w:p/>
        </w:tc>
        <w:tc>
          <w:tcPr>
            <w:tcW w:type="dxa" w:w="1134"/>
          </w:tcPr>
          <w:p/>
        </w:tc>
        <w:tc>
          <w:tcPr>
            <w:tcW w:type="dxa" w:w="4535"/>
          </w:tcPr>
          <w:p/>
        </w:tc>
        <w:tc>
          <w:tcPr>
            <w:tcW w:type="dxa" w:w="1701"/>
          </w:tcPr>
          <w:p/>
        </w:tc>
        <w:tc>
          <w:tcPr>
            <w:tcW w:type="dxa" w:w="1701"/>
          </w:tcPr>
          <w:p/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5213"/>
        <w:gridCol w:w="5213"/>
      </w:tblGrid>
      <w:tr>
        <w:tc>
          <w:tcPr>
            <w:tcW w:type="dxa" w:w="5213"/>
          </w:tcPr>
          <w:p>
            <w:pPr>
              <w:jc w:val="right"/>
            </w:pPr>
            <w:r>
              <w:t>Subtotal</w:t>
            </w:r>
          </w:p>
        </w:tc>
        <w:tc>
          <w:tcPr>
            <w:tcW w:type="dxa" w:w="5213"/>
          </w:tcPr>
          <w:p>
            <w:r>
              <w:t>$ ____________</w:t>
            </w:r>
          </w:p>
        </w:tc>
      </w:tr>
      <w:tr>
        <w:tc>
          <w:tcPr>
            <w:tcW w:type="dxa" w:w="5213"/>
          </w:tcPr>
          <w:p>
            <w:pPr>
              <w:jc w:val="right"/>
            </w:pPr>
            <w:r>
              <w:t>IVA</w:t>
            </w:r>
          </w:p>
        </w:tc>
        <w:tc>
          <w:tcPr>
            <w:tcW w:type="dxa" w:w="5213"/>
          </w:tcPr>
          <w:p>
            <w:r>
              <w:t>$ ____________</w:t>
            </w:r>
          </w:p>
        </w:tc>
      </w:tr>
      <w:tr>
        <w:tc>
          <w:tcPr>
            <w:tcW w:type="dxa" w:w="5213"/>
          </w:tcPr>
          <w:p>
            <w:pPr>
              <w:jc w:val="right"/>
            </w:pPr>
            <w:r>
              <w:t>Total</w:t>
            </w:r>
          </w:p>
        </w:tc>
        <w:tc>
          <w:tcPr>
            <w:tcW w:type="dxa" w:w="5213"/>
          </w:tcPr>
          <w:p>
            <w:r>
              <w:t>$ ____________</w:t>
            </w:r>
          </w:p>
        </w:tc>
      </w:tr>
    </w:tbl>
    <w:p>
      <w:r>
        <w:t>Condición:   ☐ Pagada    ☐ Por cobrar      Forma de pago: ______________</w:t>
      </w:r>
    </w:p>
    <w:p>
      <w:r>
        <w:t>Observaciones: ________________________________________________________</w:t>
      </w:r>
    </w:p>
    <w:p/>
    <w:p>
      <w:r>
        <w:rPr>
          <w:b/>
        </w:rPr>
        <w:t>Recibí de conformidad</w:t>
      </w:r>
    </w:p>
    <w:p/>
    <w:p>
      <w:r>
        <w:t>______________________________________</w:t>
      </w:r>
    </w:p>
    <w:p>
      <w:r>
        <w:t>Nombre, firma y fecha de quien recibe</w:t>
      </w:r>
    </w:p>
    <w:p/>
    <w:p>
      <w:r>
        <w:rPr>
          <w:sz w:val="16"/>
        </w:rPr>
        <w:t>Este documento no es un comprobante fiscal.</w:t>
      </w:r>
    </w:p>
    <w:sectPr w:rsidR="00FC693F" w:rsidRPr="0006063C" w:rsidSect="00034616">
      <w:pgSz w:w="12240" w:h="15840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